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after="500"/>
        <w:jc w:val="center"/>
      </w:pPr>
      <w:r>
        <w:rPr>
          <w:b/>
          <w:color w:val="492C6F"/>
          <w:sz w:val="24"/>
        </w:rPr>
        <w:t>APOSTOLIC CHRISTIANS TOGETHER SERVING, INC.  (ACTS)</w:t>
      </w:r>
    </w:p>
    <w:p>
      <w:pPr>
        <w:spacing w:before="660"/>
        <w:jc w:val="center"/>
      </w:pPr>
      <w:r>
        <w:rPr>
          <w:rFonts w:ascii="Georgia" w:hAnsi="Georgia"/>
          <w:b/>
          <w:color w:val="452762"/>
          <w:sz w:val="84"/>
        </w:rPr>
        <w:t>THE SECRET</w:t>
        <w:br/>
        <w:t>SAUCE</w:t>
      </w:r>
    </w:p>
    <w:p>
      <w:pPr>
        <w:spacing w:before="340"/>
        <w:jc w:val="center"/>
      </w:pPr>
      <w:r>
        <w:rPr>
          <w:b/>
          <w:color w:val="A67730"/>
          <w:sz w:val="26"/>
        </w:rPr>
        <w:t>A MINISTRY TEACHING</w:t>
      </w:r>
    </w:p>
    <w:p>
      <w:pPr>
        <w:spacing w:before="600"/>
        <w:jc w:val="center"/>
      </w:pPr>
      <w:r>
        <w:rPr>
          <w:color w:val="27272E"/>
          <w:sz w:val="28"/>
        </w:rPr>
        <w:t>By Bishop Jay Neal</w:t>
      </w:r>
    </w:p>
    <w:p>
      <w:pPr>
        <w:spacing w:before="1400"/>
        <w:jc w:val="center"/>
      </w:pPr>
      <w:r>
        <w:rPr>
          <w:rFonts w:ascii="Georgia" w:hAnsi="Georgia"/>
          <w:i/>
          <w:color w:val="452762"/>
          <w:sz w:val="28"/>
        </w:rPr>
        <w:t>“Jesus expects persistence, not perfection.”</w:t>
      </w:r>
    </w:p>
    <w:p>
      <w:pPr>
        <w:pStyle w:val="Chapter"/>
        <w:pageBreakBefore/>
      </w:pPr>
      <w:r>
        <w:t>Introduction</w:t>
      </w:r>
    </w:p>
    <w:p>
      <w:r>
        <w:t>Giving glory to my Lord and Saviour Jesus Christ who is the head of my life and my redeemer. Without God’s grace where would I be? “For I know that in me (that is, in my flesh,) dwelleth no good thing: for to will is present with me; but how to perform that which is good I find not.” Romans 7:18 (KJV). I thank the Lord for the Holy Spirit giving me this sermon to preach at a time such as this.</w:t>
      </w:r>
    </w:p>
    <w:p>
      <w:r>
        <w:t>Let me start with a question. How many people have been to McDonald’s? Out of those who have been there, how many of you have tried a Big Mac before? If I were giving this sermon in person I would guess most of the hands in the room would currently be up in the air. I don’t think there’s that many Americans who haven’t tried a Big Mac or at least know where the sandwich comes from…McDonald’s duh.</w:t>
      </w:r>
    </w:p>
    <w:p>
      <w:r>
        <w:t>The Big Mac is one of the most iconic American sandwiches. Imagine that a whole museum is dedicated to one sandwich. It sounds like an intriguing place to go see if you are as much of a Big Mac fan as I am. The Big Mac was created by franchise owner Jim Delligatti of Pittsburgh in 1967. Unfortunately, Jim Delligatti died at the age of 98.</w:t>
      </w:r>
    </w:p>
    <w:p>
      <w:r>
        <w:t>The Big Mac is so famous that other companies have tried to create their own versions of it. Burger King had the Big King, and Big Boy had the Big Boy sandwich. But while those sandwiches may be good, they still do not taste like the Big Mac. And you know why? Because of the sauce. The sauce is what makes the sandwich stand out.</w:t>
      </w:r>
    </w:p>
    <w:p>
      <w:r>
        <w:t>Let’s face it, anybody can make a sandwich with bread, meat, lettuce, onions, pickles, and cheese. But not everyone can recreate the secret sauce. There’s a reason the Big Mac has been around for over 50 years. No this is not about Mac Sauce, but we will use this iconic sandwich to make an analogy you won’t soon forget.</w:t>
      </w:r>
    </w:p>
    <w:p>
      <w:r>
        <w:t>Today, we’re going to talk about the secret sauce to salvation and to living a life according to the Lord. Now don’t get it twisted — the sandwich is not only about the sauce. All the ingredients work together to create that signature taste. So, before we get to the secret sauce, let’s talk about the ingredients that support the sandwich.</w:t>
      </w:r>
    </w:p>
    <w:p>
      <w:r>
        <w:t>If you’re serious about a closer walk with Jesus, I think this reading will give you some helpful insight grounded in scripture that you can use to begin to strengthen your walk with the Lord. Notice I didn’t say this was the fix to your walk or all you have to do during your walk. It is a good place to start to make significant changes that will lead to the Holy Spirit giving you next steps for your specific purpose.</w:t>
      </w:r>
    </w:p>
    <w:p>
      <w:pPr>
        <w:pStyle w:val="Chapter"/>
      </w:pPr>
      <w:r>
        <w:t>THE ANALOGY</w:t>
      </w:r>
    </w:p>
    <w:p>
      <w:pPr>
        <w:pStyle w:val="Minor"/>
      </w:pPr>
      <w:r>
        <w:t>THE BUN  /  CHURCH &amp; FELLOWSHIP</w:t>
      </w:r>
    </w:p>
    <w:p>
      <w:r>
        <w:t>The first ingredient we’re going to discuss is the bun. The bun is the foundation of the sandwich. In the same way, church is foundational to our salvation and to our walk with the Lord. Hebrews 10:24–25 says: “And let us consider one another to provoke unto love and to good works: Not forsaking the assembling of ourselves together, as the manner of some is; but exhorting one another.” Church is where we encourage one another, fellowship together, and grow spiritually.</w:t>
      </w:r>
    </w:p>
    <w:p>
      <w:r>
        <w:t>Colossians 3:16 says: “Let the word of Christ dwell in you richly in all wisdom; teaching and admonishing one another in psalms and hymns and spiritual songs.” That sounds like church to me. However, going to church alone is not enough. Anybody can attend church. What matters is what you do outside the church building. What are you doing in your daily life to have a closer relationship with Jesus?</w:t>
      </w:r>
    </w:p>
    <w:p>
      <w:pPr>
        <w:pStyle w:val="Minor"/>
      </w:pPr>
      <w:r>
        <w:t>THE MEAT  /  THE HOLY SPIRIT</w:t>
      </w:r>
    </w:p>
    <w:p>
      <w:r>
        <w:t>Next, we move to the meat. I compare the meat to the Holy Spirit because the Holy Spirit dwells within us (just like the meat patties are inside the bun) and is the substance of our walk with God. John 3:5–8 says: “Except a man be born of water and of the Spirit, he cannot enter into the kingdom of God.”</w:t>
      </w:r>
    </w:p>
    <w:p>
      <w:r>
        <w:t>In other words the Holy Spirit is not only essential to our walk with the Lord, but we must be born of the Spirit to enter into God’s kingdom. John 14:26 says: “But the Comforter, which is the Holy Ghost… he shall teach you all things.” Romans 8:26–27 reminds us that the Spirit intercedes for us according to the will of God. Just like without the meat the bun would be tasteless and probably uneaten, without the Holy Spirit, our walk lacks spiritual power and guidance.</w:t>
      </w:r>
    </w:p>
    <w:p>
      <w:pPr>
        <w:pStyle w:val="Minor"/>
      </w:pPr>
      <w:r>
        <w:t>THE CHEESE  /  JESUS CHRIST</w:t>
      </w:r>
    </w:p>
    <w:p>
      <w:r>
        <w:t>Now let’s talk about the “cheese”. The cheese represents Jesus Christ because just like the cheese covers the meat and works together with the meat, Jesus’ blood covers our sins and he works with the Holy Spirit to have a closer walk with us. 1 John 1:7 says: “And the blood of Jesus Christ his Son cleanseth us from all sin. Ephesians 1:7 says: “In whom we have redemption through his blood, the forgiveness of sins.” Jesus is the covering. Without Him there would be no salvation.</w:t>
      </w:r>
    </w:p>
    <w:p>
      <w:pPr>
        <w:pStyle w:val="Minor"/>
      </w:pPr>
      <w:r>
        <w:t>THE TOPPINGS  /  SPIRITUAL EVIDENCE</w:t>
      </w:r>
    </w:p>
    <w:p>
      <w:r>
        <w:t>Next come the toppings: lettuce, onions, and pickles.</w:t>
      </w:r>
    </w:p>
    <w:p>
      <w:r>
        <w:t>I compare the toppings to the visible evidence and fruit produced in a Spirit-filled life. Acts 2:4 says: “And they were all filled with the Holy Ghost, and began to speak with other tongues, as the Spirit gave them utterance.” A Spirit-filled life should produce spiritual growth, love, patience, and transformation.</w:t>
      </w:r>
    </w:p>
    <w:p>
      <w:pPr>
        <w:pStyle w:val="Minor"/>
      </w:pPr>
      <w:r>
        <w:t>THE SECRET SAUCE</w:t>
      </w:r>
    </w:p>
    <w:p>
      <w:r>
        <w:t>Now we finally get to the secret sauce.</w:t>
      </w:r>
    </w:p>
    <w:p>
      <w:r>
        <w:t>Just like the Mac sauce ties the Big Mac sandwich together, the secret sauce of salvation ties our walk with the savior together. The Mac Sauce is what makes the unbeatable taste and spiritually speaking, the secret sauce to salvation will make you stand out and become iconic in God’s eyes. Just like any great sauce the secret sauce is made of several ingredients. When you mix all of the ingredients together you will begin to see the Holy Spirit moving in your life and fixing what you didn’t know was broken.</w:t>
      </w:r>
    </w:p>
    <w:p>
      <w:pPr>
        <w:pStyle w:val="Minor"/>
      </w:pPr>
      <w:r>
        <w:t>01  /  PRAYER WITHOUT CEASING</w:t>
      </w:r>
    </w:p>
    <w:p>
      <w:r>
        <w:t>Ingredient number one: prayer without ceasing. Notice I didn’t say pray every once in a while, or pray once before bed. I said without ceasing, which means throughout the day and night you should be seeking the Lord’s guidance so he can order your steps. 1 Thessalonians 5:16–18 says: “Rejoice evermore. Pray without ceasing. In everything give thanks.”  Prayer is essential to developing a relationship with Jesus Christ.</w:t>
      </w:r>
    </w:p>
    <w:p>
      <w:pPr>
        <w:pStyle w:val="Minor"/>
      </w:pPr>
      <w:r>
        <w:t>02  /  SEEKING GOD</w:t>
      </w:r>
    </w:p>
    <w:p>
      <w:r>
        <w:t>Ingredient number two: seeking God. When you seek God, seek Him intentionally. Seek Him like your life depends on it. Seek him with all of your might and don’t stop until you find him. Deuteronomy 4:29 says: “If thou shalt seek the Lord thy God, thou shalt find him, if thou seek him with all thy heart and with all thy soul.” Matthew 6:33 says: “But seek ye first the kingdom of God, and his righteousness…”</w:t>
      </w:r>
    </w:p>
    <w:p>
      <w:pPr>
        <w:pStyle w:val="Minor"/>
      </w:pPr>
      <w:r>
        <w:t>03  /  FAITH WITH WORKS</w:t>
      </w:r>
    </w:p>
    <w:p>
      <w:r>
        <w:t>Ingredient number three: faith with works. What does faith with works look like? I am glad you asked because I have a simple analogy to explain it. Let’s say you want a new house, and you have been praying and praying for that new house (which is a good thing). Praying signals to God that we have faith, but if we’re not going out looking at open houses, filling out loan applications, etc. our faith is dead. My definition of Faith is the unshakable, unbreakable trust in Jesus Christ shown by acting.</w:t>
      </w:r>
    </w:p>
    <w:p>
      <w:r>
        <w:t>Hebrews 11:1 says: “Now faith is the substance of things hoped for, the evidence of things not seen.” You cannot simply pray for something and refuse to move. Faith requires action. So the next time you are wondering why your prayers aren’t being answered, consider whether there is a step of faith you need to take. Faith is not passive; it moves us to act while trusting God with the outcome.</w:t>
      </w:r>
    </w:p>
    <w:p>
      <w:pPr>
        <w:pStyle w:val="Minor"/>
      </w:pPr>
      <w:r>
        <w:t>04  /  TOTAL SUBMISSION</w:t>
      </w:r>
    </w:p>
    <w:p>
      <w:r>
        <w:t>Ingredient number four: total submission. The first thing that I think when someone claims they have given “their all” to Christ, is “but did you submit to him totally? What does total submission really mean? Total submission means fully surrendering yourself to the will of God. You have to expose your deepest secrets to him, tell him your fears, your dreams, etc.</w:t>
      </w:r>
    </w:p>
    <w:p>
      <w:r>
        <w:t>Total submission is what gives the secret sauce that final emphasis and creates a solid foundation to your walk with Jesus. Total submission may be one of the most important ingredients in the secret sauce. Think about this, total submission was so important that Jesus practiced it as He prepared to face the cross. Luke 22:42 says: “Saying, Father, if thou be willing, remove this cup from me: nevertheless, not my will, but thine, be done.”</w:t>
      </w:r>
    </w:p>
    <w:p>
      <w:r>
        <w:t>Jesus demonstrated total submission to the Father through His obedience, setting the example for how all of us should live. Romans 12:1 tells believers to present their bodies as a living sacrifice. Galatians 2:20 says: “I am crucified with Christ: nevertheless, I live; yet not I, but Christ liveth in me.”</w:t>
      </w:r>
    </w:p>
    <w:p>
      <w:pPr>
        <w:pStyle w:val="Minor"/>
      </w:pPr>
      <w:r>
        <w:t>CLOSING EXHORTATION</w:t>
      </w:r>
    </w:p>
    <w:p>
      <w:r>
        <w:t>Now that you know what the secret sauce is, I pray that you apply these principles to your daily walk with the Lord. Jesus is calling us into a deeper relationship with Him. I hope and pray this message has helped somebody. I pray when you need to remind yourself how to stay grounded, you’ll re-read it again.</w:t>
      </w:r>
    </w:p>
    <w:p>
      <w:pPr>
        <w:pStyle w:val="Minor"/>
      </w:pPr>
      <w:r>
        <w:t>CLOSING PRAYER</w:t>
      </w:r>
    </w:p>
    <w:p>
      <w:pPr>
        <w:ind w:left="317" w:right="317"/>
      </w:pPr>
      <w:r>
        <w:t>Lord Jesus, I thank You and praise You for allowing me to deliver this message. I pray that everybody reading this paper seeks a deeper relationship with You starting today. Move in somebody’s heart, move in somebody’s mind, and move in somebody’s situation. In Jesus’ mighty name, Amen. Thank you for reading “The Secret Sauce.”</w:t>
      </w:r>
    </w:p>
    <w:p>
      <w:pPr>
        <w:jc w:val="center"/>
      </w:pPr>
      <w:r>
        <w:rPr>
          <w:i/>
          <w:color w:val="452762"/>
          <w:sz w:val="24"/>
        </w:rPr>
        <w:t>“Jesus expects persistence, not perfection.” – Bishop Jay Neal</w:t>
      </w:r>
    </w:p>
    <w:p>
      <w:pPr>
        <w:pStyle w:val="Chapter"/>
      </w:pPr>
      <w:r>
        <w:t>DEDICATION</w:t>
      </w:r>
    </w:p>
    <w:p>
      <w:r>
        <w:t>This sermon is dedicated to all of the spiritual leaders who mentored and guided me along my journey. Past and present. Dead and alive. I am truly blessed to have had each and every one of you. Your prayers and love helped me through some rough times. Love Y’all!</w:t>
      </w:r>
    </w:p>
    <w:p>
      <w:pPr>
        <w:jc w:val="center"/>
      </w:pPr>
      <w:r>
        <w:rPr>
          <w:color w:val="A67730"/>
          <w:sz w:val="16"/>
        </w:rPr>
        <w:t>Copyright © 2026 Apostolic Christians Together Serving, Inc. All rights reserved.</w:t>
      </w:r>
    </w:p>
    <w:sectPr w:rsidR="00FC693F" w:rsidRPr="0006063C" w:rsidSect="00034616">
      <w:headerReference w:type="default" r:id="rId9"/>
      <w:footerReference w:type="default" r:id="rId10"/>
      <w:pgSz w:w="12240" w:h="15840"/>
      <w:pgMar w:top="1152" w:right="1325" w:bottom="1008" w:left="1325"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78" w:lineRule="auto"/>
    </w:pPr>
    <w:rPr>
      <w:rFonts w:ascii="Aptos" w:hAnsi="Aptos"/>
      <w:color w:val="2727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pter">
    <w:name w:val="Chapter"/>
    <w:pPr>
      <w:keepNext/>
      <w:spacing w:before="300" w:after="160"/>
    </w:pPr>
    <w:rPr>
      <w:rFonts w:ascii="Aptos Display" w:hAnsi="Aptos Display"/>
      <w:b/>
      <w:color w:val="452762"/>
      <w:sz w:val="32"/>
    </w:rPr>
  </w:style>
  <w:style w:type="paragraph" w:customStyle="1" w:styleId="Minor">
    <w:name w:val="Minor"/>
    <w:pPr>
      <w:keepNext/>
      <w:spacing w:before="300" w:after="160"/>
    </w:pPr>
    <w:rPr>
      <w:rFonts w:ascii="Aptos Display" w:hAnsi="Aptos Display"/>
      <w:b/>
      <w:color w:val="A6773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